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Mängelmeldung zu Ihrem neuen Zuhause</w:t>
      </w:r>
    </w:p>
    <w:p>
      <w:pPr>
        <w:spacing w:after="160"/>
      </w:pPr>
      <w:r>
        <w:rPr>
          <w:b w:val="0"/>
          <w:color w:val="0F172A"/>
          <w:sz w:val="20"/>
        </w:rPr>
        <w:t>Beschreiben Sie eine Beobachtung und fügen Sie Fotos bei, die sie verdeutlichen. Senden Sie die Meldung über den Meldeweg, den Ihr Bauträger vorsieht. Bewahren Sie eine Kopie für Ihre Unterlagen auf.</w:t>
      </w:r>
    </w:p>
    <w:tbl>
      <w:tblPr>
        <w:tblW w:type="auto" w:w="0"/>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firstColumn="1" w:firstRow="1" w:lastColumn="0" w:lastRow="0" w:noHBand="0" w:noVBand="1" w:val="04A0"/>
      </w:tblPr>
      <w:tblGrid>
        <w:gridCol w:w="3288"/>
        <w:gridCol w:w="6350"/>
      </w:tblGrid>
      <w:tr>
        <w:trPr>
          <w:trHeight w:val="765" w:hRule="atLeast"/>
        </w:trPr>
        <w:tc>
          <w:tcPr>
            <w:tcW w:type="dxa" w:w="3288"/>
            <w:shd w:val="clear" w:color="auto" w:fill="F2F2F2"/>
          </w:tcPr>
          <w:p>
            <w:pPr>
              <w:pStyle w:val="Heading2"/>
            </w:pPr>
            <w:r>
              <w:t>Titel der Meldung</w:t>
            </w:r>
          </w:p>
          <w:p>
            <w:pPr>
              <w:spacing w:after="40"/>
            </w:pPr>
            <w:r>
              <w:rPr>
                <w:b w:val="0"/>
                <w:color w:val="334155"/>
                <w:sz w:val="17"/>
              </w:rPr>
              <w:t>Ein kurzer, aussagekräftiger Titel.</w:t>
            </w:r>
          </w:p>
        </w:tc>
        <w:tc>
          <w:tcPr>
            <w:tcW w:type="dxa" w:w="6350"/>
          </w:tcPr>
          <w:p/>
        </w:tc>
      </w:tr>
      <w:tr>
        <w:trPr>
          <w:trHeight w:val="765" w:hRule="atLeast"/>
        </w:trPr>
        <w:tc>
          <w:tcPr>
            <w:tcW w:type="dxa" w:w="3288"/>
            <w:shd w:val="clear" w:color="auto" w:fill="F2F2F2"/>
          </w:tcPr>
          <w:p>
            <w:pPr>
              <w:pStyle w:val="Heading2"/>
            </w:pPr>
            <w:r>
              <w:t>Projekt, falls bekannt</w:t>
            </w:r>
          </w:p>
          <w:p>
            <w:pPr>
              <w:spacing w:after="40"/>
            </w:pPr>
            <w:r>
              <w:rPr>
                <w:b w:val="0"/>
                <w:color w:val="334155"/>
                <w:sz w:val="17"/>
              </w:rPr>
              <w:t>Der Projektname Ihres Bauträgers.</w:t>
            </w:r>
          </w:p>
        </w:tc>
        <w:tc>
          <w:tcPr>
            <w:tcW w:type="dxa" w:w="6350"/>
          </w:tcPr>
          <w:p/>
        </w:tc>
      </w:tr>
      <w:tr>
        <w:trPr>
          <w:trHeight w:val="1304" w:hRule="atLeast"/>
        </w:trPr>
        <w:tc>
          <w:tcPr>
            <w:tcW w:type="dxa" w:w="3288"/>
            <w:shd w:val="clear" w:color="auto" w:fill="F2F2F2"/>
          </w:tcPr>
          <w:p>
            <w:pPr>
              <w:pStyle w:val="Heading2"/>
            </w:pPr>
            <w:r>
              <w:t>Adresse und Wohneinheit</w:t>
            </w:r>
          </w:p>
          <w:p>
            <w:pPr>
              <w:spacing w:after="40"/>
            </w:pPr>
            <w:r>
              <w:rPr>
                <w:b w:val="0"/>
                <w:color w:val="334155"/>
                <w:sz w:val="17"/>
              </w:rPr>
              <w:t>Die Adresse und die Bezeichnung von Haus oder Wohnung, die Ihr Bauträger verwendet.</w:t>
            </w:r>
          </w:p>
        </w:tc>
        <w:tc>
          <w:tcPr>
            <w:tcW w:type="dxa" w:w="6350"/>
          </w:tcPr>
          <w:p/>
        </w:tc>
      </w:tr>
      <w:tr>
        <w:trPr>
          <w:trHeight w:val="765" w:hRule="atLeast"/>
        </w:trPr>
        <w:tc>
          <w:tcPr>
            <w:tcW w:type="dxa" w:w="3288"/>
            <w:shd w:val="clear" w:color="auto" w:fill="F2F2F2"/>
          </w:tcPr>
          <w:p>
            <w:pPr>
              <w:pStyle w:val="Heading2"/>
            </w:pPr>
            <w:r>
              <w:t>Ihr Name</w:t>
            </w:r>
          </w:p>
          <w:p>
            <w:pPr>
              <w:spacing w:after="40"/>
            </w:pPr>
            <w:r>
              <w:rPr>
                <w:b w:val="0"/>
                <w:color w:val="334155"/>
                <w:sz w:val="17"/>
              </w:rPr>
              <w:t>Die Person, die der Bauträger zu dieser Meldung kontaktieren soll.</w:t>
            </w:r>
          </w:p>
        </w:tc>
        <w:tc>
          <w:tcPr>
            <w:tcW w:type="dxa" w:w="6350"/>
          </w:tcPr>
          <w:p/>
        </w:tc>
      </w:tr>
      <w:tr>
        <w:trPr>
          <w:trHeight w:val="765" w:hRule="atLeast"/>
        </w:trPr>
        <w:tc>
          <w:tcPr>
            <w:tcW w:type="dxa" w:w="3288"/>
            <w:shd w:val="clear" w:color="auto" w:fill="F2F2F2"/>
          </w:tcPr>
          <w:p>
            <w:pPr>
              <w:pStyle w:val="Heading2"/>
            </w:pPr>
            <w:r>
              <w:t>E-Mail oder Telefon</w:t>
            </w:r>
          </w:p>
          <w:p>
            <w:pPr>
              <w:spacing w:after="40"/>
            </w:pPr>
            <w:r>
              <w:rPr>
                <w:b w:val="0"/>
                <w:color w:val="334155"/>
                <w:sz w:val="17"/>
              </w:rPr>
              <w:t>Die Kontaktdaten, über die Ihr Bauträger antworten soll.</w:t>
            </w:r>
          </w:p>
        </w:tc>
        <w:tc>
          <w:tcPr>
            <w:tcW w:type="dxa" w:w="6350"/>
          </w:tcPr>
          <w:p/>
        </w:tc>
      </w:tr>
      <w:tr>
        <w:trPr>
          <w:trHeight w:val="1134" w:hRule="atLeast"/>
        </w:trPr>
        <w:tc>
          <w:tcPr>
            <w:tcW w:type="dxa" w:w="3288"/>
            <w:shd w:val="clear" w:color="auto" w:fill="F2F2F2"/>
          </w:tcPr>
          <w:p>
            <w:pPr>
              <w:pStyle w:val="Heading2"/>
            </w:pPr>
            <w:r>
              <w:t>Raum und genaue Stelle</w:t>
            </w:r>
          </w:p>
          <w:p>
            <w:pPr>
              <w:spacing w:after="40"/>
            </w:pPr>
            <w:r>
              <w:rPr>
                <w:b w:val="0"/>
                <w:color w:val="334155"/>
                <w:sz w:val="17"/>
              </w:rPr>
              <w:t>Nennen Sie den Raum und die Stelle darin.</w:t>
            </w:r>
          </w:p>
        </w:tc>
        <w:tc>
          <w:tcPr>
            <w:tcW w:type="dxa" w:w="6350"/>
          </w:tcPr>
          <w:p/>
        </w:tc>
      </w:tr>
      <w:tr>
        <w:trPr>
          <w:trHeight w:val="765" w:hRule="atLeast"/>
        </w:trPr>
        <w:tc>
          <w:tcPr>
            <w:tcW w:type="dxa" w:w="3288"/>
            <w:shd w:val="clear" w:color="auto" w:fill="F2F2F2"/>
          </w:tcPr>
          <w:p>
            <w:pPr>
              <w:pStyle w:val="Heading2"/>
            </w:pPr>
            <w:r>
              <w:t>Zuerst bemerkt</w:t>
            </w:r>
          </w:p>
          <w:p>
            <w:pPr>
              <w:spacing w:after="40"/>
            </w:pPr>
            <w:r>
              <w:rPr>
                <w:b w:val="0"/>
                <w:color w:val="334155"/>
                <w:sz w:val="17"/>
              </w:rPr>
              <w:t>Ein Datum (auch ungefähr) oder „unbekannt“.</w:t>
            </w:r>
          </w:p>
        </w:tc>
        <w:tc>
          <w:tcPr>
            <w:tcW w:type="dxa" w:w="6350"/>
          </w:tcPr>
          <w:p/>
        </w:tc>
      </w:tr>
      <w:tr>
        <w:trPr>
          <w:trHeight w:val="4422" w:hRule="atLeast"/>
        </w:trPr>
        <w:tc>
          <w:tcPr>
            <w:tcW w:type="dxa" w:w="3288"/>
            <w:shd w:val="clear" w:color="auto" w:fill="F2F2F2"/>
          </w:tcPr>
          <w:p>
            <w:pPr>
              <w:pStyle w:val="Heading2"/>
            </w:pPr>
            <w:r>
              <w:t>Beschreibung</w:t>
            </w:r>
          </w:p>
          <w:p>
            <w:pPr>
              <w:spacing w:after="40"/>
            </w:pPr>
            <w:r>
              <w:rPr>
                <w:b w:val="0"/>
                <w:color w:val="334155"/>
                <w:sz w:val="17"/>
              </w:rPr>
              <w:t>Was Sie sehen und welche Veränderungen Ihnen aufgefallen sind.</w:t>
            </w:r>
          </w:p>
        </w:tc>
        <w:tc>
          <w:tcPr>
            <w:tcW w:type="dxa" w:w="6350"/>
          </w:tcPr>
          <w:p/>
        </w:tc>
      </w:tr>
      <w:tr>
        <w:trPr>
          <w:trHeight w:val="765" w:hRule="atLeast"/>
        </w:trPr>
        <w:tc>
          <w:tcPr>
            <w:tcW w:type="dxa" w:w="3288"/>
            <w:shd w:val="clear" w:color="auto" w:fill="F2F2F2"/>
          </w:tcPr>
          <w:p>
            <w:pPr>
              <w:pStyle w:val="Heading2"/>
            </w:pPr>
            <w:r>
              <w:t>Datum der Meldung</w:t>
            </w:r>
          </w:p>
          <w:p>
            <w:pPr>
              <w:spacing w:after="40"/>
            </w:pPr>
            <w:r>
              <w:rPr>
                <w:b w:val="0"/>
                <w:color w:val="334155"/>
                <w:sz w:val="17"/>
              </w:rPr>
              <w:t>Wann Sie die Meldung erstellen.</w:t>
            </w:r>
          </w:p>
        </w:tc>
        <w:tc>
          <w:tcPr>
            <w:tcW w:type="dxa" w:w="6350"/>
          </w:tcPr>
          <w:p/>
        </w:tc>
      </w:tr>
      <w:tr>
        <w:trPr>
          <w:trHeight w:val="765" w:hRule="atLeast"/>
        </w:trPr>
        <w:tc>
          <w:tcPr>
            <w:tcW w:type="dxa" w:w="3288"/>
            <w:shd w:val="clear" w:color="auto" w:fill="F2F2F2"/>
          </w:tcPr>
          <w:p>
            <w:pPr>
              <w:pStyle w:val="Heading2"/>
            </w:pPr>
            <w:r>
              <w:t>Vorhandene Vorgangsnummer</w:t>
            </w:r>
          </w:p>
          <w:p>
            <w:pPr>
              <w:spacing w:after="40"/>
            </w:pPr>
            <w:r>
              <w:rPr>
                <w:b w:val="0"/>
                <w:color w:val="334155"/>
                <w:sz w:val="17"/>
              </w:rPr>
              <w:t>Bei einem Nachtrag: die Nummer, die Ihr Bauträger Ihnen gegeben hat.</w:t>
            </w:r>
          </w:p>
        </w:tc>
        <w:tc>
          <w:tcPr>
            <w:tcW w:type="dxa" w:w="6350"/>
          </w:tcPr>
          <w:p/>
        </w:tc>
      </w:tr>
    </w:tbl>
    <w:p>
      <w:pPr>
        <w:sectPr>
          <w:footerReference w:type="default" r:id="rId9"/>
          <w:pgSz w:w="11906" w:h="16838"/>
          <w:pgMar w:top="907" w:right="1134" w:bottom="1020" w:left="1134" w:header="720" w:footer="510" w:gutter="0"/>
          <w:cols w:space="720"/>
          <w:docGrid w:linePitch="360"/>
        </w:sectPr>
      </w:pPr>
    </w:p>
    <w:p>
      <w:pPr>
        <w:pStyle w:val="Heading1"/>
      </w:pPr>
      <w:r>
        <w:t>Fotos zu Ihrer Meldung</w:t>
      </w:r>
    </w:p>
    <w:tbl>
      <w:tblPr>
        <w:tblW w:type="auto" w:w="0"/>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firstColumn="1" w:firstRow="1" w:lastColumn="0" w:lastRow="0" w:noHBand="0" w:noVBand="1" w:val="04A0"/>
      </w:tblPr>
      <w:tblGrid>
        <w:gridCol w:w="3288"/>
        <w:gridCol w:w="6350"/>
      </w:tblGrid>
      <w:tr>
        <w:trPr>
          <w:trHeight w:val="567" w:hRule="atLeast"/>
        </w:trPr>
        <w:tc>
          <w:tcPr>
            <w:tcW w:type="dxa" w:w="3288"/>
            <w:shd w:val="clear" w:color="auto" w:fill="F2F2F2"/>
          </w:tcPr>
          <w:p>
            <w:pPr>
              <w:pStyle w:val="Heading2"/>
            </w:pPr>
            <w:r>
              <w:t>Titel der Meldung</w:t>
            </w:r>
          </w:p>
        </w:tc>
        <w:tc>
          <w:tcPr>
            <w:tcW w:type="dxa" w:w="6350"/>
          </w:tcPr>
          <w:p/>
        </w:tc>
      </w:tr>
      <w:tr>
        <w:trPr>
          <w:trHeight w:val="567" w:hRule="atLeast"/>
        </w:trPr>
        <w:tc>
          <w:tcPr>
            <w:tcW w:type="dxa" w:w="3288"/>
            <w:shd w:val="clear" w:color="auto" w:fill="F2F2F2"/>
          </w:tcPr>
          <w:p>
            <w:pPr>
              <w:pStyle w:val="Heading2"/>
            </w:pPr>
            <w:r>
              <w:t>Wohneinheit</w:t>
            </w:r>
          </w:p>
        </w:tc>
        <w:tc>
          <w:tcPr>
            <w:tcW w:type="dxa" w:w="6350"/>
          </w:tcPr>
          <w:p/>
        </w:tc>
      </w:tr>
    </w:tbl>
    <w:p>
      <w:pPr>
        <w:spacing w:after="160" w:before="160"/>
      </w:pPr>
      <w:r>
        <w:rPr>
          <w:b w:val="0"/>
          <w:color w:val="0F172A"/>
          <w:sz w:val="20"/>
        </w:rPr>
        <w:t>Hängen Sie beim Senden der Meldung die Originaldateien der Fotos an. Zeigen Sie auf diesem Blatt, was jede Datei enthält. Sie können die Fotos in das bearbeitbare Dokument einfügen oder die Dateinamen notieren und die Fotos separat anhängen.</w:t>
      </w:r>
    </w:p>
    <w:p>
      <w:pPr>
        <w:pStyle w:val="Heading2"/>
        <w:spacing w:before="120"/>
      </w:pPr>
      <w:r>
        <w:t>Foto 1: die Stelle</w:t>
      </w:r>
    </w:p>
    <w:p>
      <w:pPr>
        <w:spacing w:after="40"/>
      </w:pPr>
      <w:r>
        <w:rPr>
          <w:b w:val="0"/>
          <w:color w:val="334155"/>
          <w:sz w:val="17"/>
        </w:rPr>
        <w:t>Zeigen Sie so viel vom Raum, dass die Stelle erkennbar ist.</w:t>
      </w:r>
    </w:p>
    <w:tbl>
      <w:tblPr>
        <w:tblW w:type="auto" w:w="0"/>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firstColumn="1" w:firstRow="1" w:lastColumn="0" w:lastRow="0" w:noHBand="0" w:noVBand="1" w:val="04A0"/>
      </w:tblPr>
      <w:tblGrid>
        <w:gridCol w:w="3288"/>
        <w:gridCol w:w="6350"/>
      </w:tblGrid>
      <w:tr>
        <w:trPr>
          <w:trHeight w:val="850" w:hRule="atLeast"/>
        </w:trPr>
        <w:tc>
          <w:tcPr>
            <w:tcW w:type="dxa" w:w="3288"/>
            <w:vMerge w:val="restart"/>
            <w:vAlign w:val="center"/>
          </w:tcPr>
          <w:p>
            <w:pPr>
              <w:jc w:val="center"/>
            </w:pPr>
          </w:p>
        </w:tc>
        <w:tc>
          <w:tcPr>
            <w:tcW w:type="dxa" w:w="6350"/>
          </w:tcPr>
          <w:p>
            <w:pPr>
              <w:spacing w:after="40"/>
            </w:pPr>
            <w:r>
              <w:rPr>
                <w:b/>
                <w:color w:val="0F172A"/>
                <w:sz w:val="18"/>
              </w:rPr>
              <w:t>Dateiname</w:t>
            </w:r>
          </w:p>
        </w:tc>
      </w:tr>
      <w:tr>
        <w:trPr>
          <w:trHeight w:val="2041" w:hRule="atLeast"/>
        </w:trPr>
        <w:tc>
          <w:tcPr>
            <w:tcW w:type="dxa" w:w="3288"/>
            <w:vMerge/>
          </w:tcPr>
          <w:p/>
        </w:tc>
        <w:tc>
          <w:tcPr>
            <w:tcW w:type="dxa" w:w="6350"/>
          </w:tcPr>
          <w:p>
            <w:pPr>
              <w:spacing w:after="40"/>
            </w:pPr>
            <w:r>
              <w:rPr>
                <w:b/>
                <w:color w:val="0F172A"/>
                <w:sz w:val="18"/>
              </w:rPr>
              <w:t>Was das Foto zeigt</w:t>
            </w:r>
          </w:p>
        </w:tc>
      </w:tr>
    </w:tbl>
    <w:p>
      <w:pPr>
        <w:pStyle w:val="Heading2"/>
        <w:spacing w:before="120"/>
      </w:pPr>
      <w:r>
        <w:t>Foto 2: das Detail</w:t>
      </w:r>
    </w:p>
    <w:p>
      <w:pPr>
        <w:spacing w:after="40"/>
      </w:pPr>
      <w:r>
        <w:rPr>
          <w:b w:val="0"/>
          <w:color w:val="334155"/>
          <w:sz w:val="17"/>
        </w:rPr>
        <w:t>Zeigen Sie, was Sie in der Meldung beschreiben.</w:t>
      </w:r>
    </w:p>
    <w:tbl>
      <w:tblPr>
        <w:tblW w:type="auto" w:w="0"/>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firstColumn="1" w:firstRow="1" w:lastColumn="0" w:lastRow="0" w:noHBand="0" w:noVBand="1" w:val="04A0"/>
      </w:tblPr>
      <w:tblGrid>
        <w:gridCol w:w="3288"/>
        <w:gridCol w:w="6350"/>
      </w:tblGrid>
      <w:tr>
        <w:trPr>
          <w:trHeight w:val="850" w:hRule="atLeast"/>
        </w:trPr>
        <w:tc>
          <w:tcPr>
            <w:tcW w:type="dxa" w:w="3288"/>
            <w:vMerge w:val="restart"/>
            <w:vAlign w:val="center"/>
          </w:tcPr>
          <w:p>
            <w:pPr>
              <w:jc w:val="center"/>
            </w:pPr>
          </w:p>
        </w:tc>
        <w:tc>
          <w:tcPr>
            <w:tcW w:type="dxa" w:w="6350"/>
          </w:tcPr>
          <w:p>
            <w:pPr>
              <w:spacing w:after="40"/>
            </w:pPr>
            <w:r>
              <w:rPr>
                <w:b/>
                <w:color w:val="0F172A"/>
                <w:sz w:val="18"/>
              </w:rPr>
              <w:t>Dateiname</w:t>
            </w:r>
          </w:p>
        </w:tc>
      </w:tr>
      <w:tr>
        <w:trPr>
          <w:trHeight w:val="2041" w:hRule="atLeast"/>
        </w:trPr>
        <w:tc>
          <w:tcPr>
            <w:tcW w:type="dxa" w:w="3288"/>
            <w:vMerge/>
          </w:tcPr>
          <w:p/>
        </w:tc>
        <w:tc>
          <w:tcPr>
            <w:tcW w:type="dxa" w:w="6350"/>
          </w:tcPr>
          <w:p>
            <w:pPr>
              <w:spacing w:after="40"/>
            </w:pPr>
            <w:r>
              <w:rPr>
                <w:b/>
                <w:color w:val="0F172A"/>
                <w:sz w:val="18"/>
              </w:rPr>
              <w:t>Was das Foto zeigt</w:t>
            </w:r>
          </w:p>
        </w:tc>
      </w:tr>
    </w:tbl>
    <w:p>
      <w:pPr>
        <w:pStyle w:val="Heading2"/>
        <w:spacing w:before="120"/>
      </w:pPr>
      <w:r>
        <w:t>Weiteres Foto, falls hilfreich</w:t>
      </w:r>
    </w:p>
    <w:p>
      <w:pPr>
        <w:spacing w:after="40"/>
      </w:pPr>
      <w:r>
        <w:rPr>
          <w:b w:val="0"/>
          <w:color w:val="334155"/>
          <w:sz w:val="17"/>
        </w:rPr>
        <w:t>Fügen Sie eine weitere Ansicht hinzu, wenn sie die Beobachtung verdeutlicht.</w:t>
      </w:r>
    </w:p>
    <w:tbl>
      <w:tblPr>
        <w:tblW w:type="auto" w:w="0"/>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firstColumn="1" w:firstRow="1" w:lastColumn="0" w:lastRow="0" w:noHBand="0" w:noVBand="1" w:val="04A0"/>
      </w:tblPr>
      <w:tblGrid>
        <w:gridCol w:w="3288"/>
        <w:gridCol w:w="6350"/>
      </w:tblGrid>
      <w:tr>
        <w:trPr>
          <w:trHeight w:val="850" w:hRule="atLeast"/>
        </w:trPr>
        <w:tc>
          <w:tcPr>
            <w:tcW w:type="dxa" w:w="3288"/>
            <w:vMerge w:val="restart"/>
            <w:vAlign w:val="center"/>
          </w:tcPr>
          <w:p>
            <w:pPr>
              <w:jc w:val="center"/>
            </w:pPr>
          </w:p>
        </w:tc>
        <w:tc>
          <w:tcPr>
            <w:tcW w:type="dxa" w:w="6350"/>
          </w:tcPr>
          <w:p>
            <w:pPr>
              <w:spacing w:after="40"/>
            </w:pPr>
            <w:r>
              <w:rPr>
                <w:b/>
                <w:color w:val="0F172A"/>
                <w:sz w:val="18"/>
              </w:rPr>
              <w:t>Dateiname</w:t>
            </w:r>
          </w:p>
        </w:tc>
      </w:tr>
      <w:tr>
        <w:trPr>
          <w:trHeight w:val="2041" w:hRule="atLeast"/>
        </w:trPr>
        <w:tc>
          <w:tcPr>
            <w:tcW w:type="dxa" w:w="3288"/>
            <w:vMerge/>
          </w:tcPr>
          <w:p/>
        </w:tc>
        <w:tc>
          <w:tcPr>
            <w:tcW w:type="dxa" w:w="6350"/>
          </w:tcPr>
          <w:p>
            <w:pPr>
              <w:spacing w:after="40"/>
            </w:pPr>
            <w:r>
              <w:rPr>
                <w:b/>
                <w:color w:val="0F172A"/>
                <w:sz w:val="18"/>
              </w:rPr>
              <w:t>Was das Foto zeigt</w:t>
            </w:r>
          </w:p>
        </w:tc>
      </w:tr>
    </w:tbl>
    <w:p>
      <w:pPr>
        <w:spacing w:after="40" w:before="200"/>
      </w:pPr>
      <w:r>
        <w:rPr>
          <w:b/>
          <w:color w:val="0F172A"/>
          <w:sz w:val="20"/>
        </w:rPr>
        <w:t>Senden Sie diese Meldung und die Fotos an Ihren Bauträger. Bewahren Sie eine Kopie der gesendeten Fassung auf.</w:t>
      </w:r>
    </w:p>
    <w:sectPr w:rsidR="00FC693F" w:rsidRPr="0006063C" w:rsidSect="00034616">
      <w:pgSz w:w="11906" w:h="16838"/>
      <w:pgMar w:top="907" w:right="1134" w:bottom="1020" w:left="1134"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Toveta · Vorlage für die Mängelmeldung · Seite </w:t>
    </w:r>
    <w:fldSimple w:instr="PAGE">
      <w:r>
        <w:t>1</w:t>
      </w:r>
    </w:fldSimple>
    <w:r>
      <w:t xml:space="preserve"> von </w:t>
    </w:r>
    <w:fldSimple w:instr="NUMPAGES">
      <w:r>
        <w:t>2</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pPr>
    <w:rPr>
      <w:rFonts w:ascii="Arial" w:hAnsi="Arial"/>
      <w:color w:val="0F172A"/>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334155"/>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Arial" w:hAnsi="Arial"/>
      <w:b/>
      <w:bCs/>
      <w:color w:val="0F172A"/>
      <w:sz w:val="34"/>
      <w:szCs w:val="28"/>
    </w:rPr>
  </w:style>
  <w:style w:type="paragraph" w:styleId="Heading2">
    <w:name w:val="heading 2"/>
    <w:basedOn w:val="Normal"/>
    <w:next w:val="Normal"/>
    <w:link w:val="Heading2Char"/>
    <w:uiPriority w:val="9"/>
    <w:unhideWhenUsed/>
    <w:qFormat/>
    <w:rsid w:val="00FC693F"/>
    <w:pPr>
      <w:keepNext/>
      <w:keepLines/>
      <w:spacing w:before="0" w:after="40"/>
      <w:outlineLvl w:val="1"/>
    </w:pPr>
    <w:rPr>
      <w:rFonts w:ascii="Arial" w:hAnsi="Arial"/>
      <w:b/>
      <w:bCs/>
      <w:color w:val="0F172A"/>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Mängelmeldung zu Ihrem neuen Zuhause</dc:title>
  <dc:subject/>
  <dc:creator>Toveta</dc:creator>
  <cp:keywords/>
  <dc:description/>
  <cp:lastModifiedBy>Toveta</cp:lastModifiedBy>
  <cp:revision>1</cp:revision>
  <dcterms:created xsi:type="dcterms:W3CDTF">2026-10-15T21:57:54Z</dcterms:created>
  <dcterms:modified xsi:type="dcterms:W3CDTF">2026-10-15T21:57:54Z</dcterms:modified>
  <cp:category/>
  <dc:language>de-DE</dc:language>
</cp:coreProperties>
</file>