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Defect report for a new home</w:t>
      </w:r>
    </w:p>
    <w:p>
      <w:pPr>
        <w:spacing w:after="160"/>
      </w:pPr>
      <w:r>
        <w:rPr>
          <w:b w:val="0"/>
          <w:color w:val="0F172A"/>
          <w:sz w:val="20"/>
        </w:rPr>
        <w:t>Describe one observation and attach the photos that help explain it. Send this report to your developer through their usual reporting channel. Keep a copy for your records.</w:t>
      </w:r>
    </w:p>
    <w:tbl>
      <w:tblPr>
        <w:tblW w:type="auto" w:w="0"/>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firstColumn="1" w:firstRow="1" w:lastColumn="0" w:lastRow="0" w:noHBand="0" w:noVBand="1" w:val="04A0"/>
      </w:tblPr>
      <w:tblGrid>
        <w:gridCol w:w="3288"/>
        <w:gridCol w:w="6350"/>
      </w:tblGrid>
      <w:tr>
        <w:trPr>
          <w:trHeight w:val="765" w:hRule="atLeast"/>
        </w:trPr>
        <w:tc>
          <w:tcPr>
            <w:tcW w:type="dxa" w:w="3288"/>
            <w:shd w:val="clear" w:color="auto" w:fill="F2F2F2"/>
          </w:tcPr>
          <w:p>
            <w:pPr>
              <w:pStyle w:val="Heading2"/>
            </w:pPr>
            <w:r>
              <w:t>Report title</w:t>
            </w:r>
          </w:p>
          <w:p>
            <w:pPr>
              <w:spacing w:after="40"/>
            </w:pPr>
            <w:r>
              <w:rPr>
                <w:b w:val="0"/>
                <w:color w:val="334155"/>
                <w:sz w:val="17"/>
              </w:rPr>
              <w:t>Give the report a short, descriptive title.</w:t>
            </w:r>
          </w:p>
        </w:tc>
        <w:tc>
          <w:tcPr>
            <w:tcW w:type="dxa" w:w="6350"/>
          </w:tcPr>
          <w:p/>
        </w:tc>
      </w:tr>
      <w:tr>
        <w:trPr>
          <w:trHeight w:val="765" w:hRule="atLeast"/>
        </w:trPr>
        <w:tc>
          <w:tcPr>
            <w:tcW w:type="dxa" w:w="3288"/>
            <w:shd w:val="clear" w:color="auto" w:fill="F2F2F2"/>
          </w:tcPr>
          <w:p>
            <w:pPr>
              <w:pStyle w:val="Heading2"/>
            </w:pPr>
            <w:r>
              <w:t>Development, if known</w:t>
            </w:r>
          </w:p>
          <w:p>
            <w:pPr>
              <w:spacing w:after="40"/>
            </w:pPr>
            <w:r>
              <w:rPr>
                <w:b w:val="0"/>
                <w:color w:val="334155"/>
                <w:sz w:val="17"/>
              </w:rPr>
              <w:t>Use your developer's development name.</w:t>
            </w:r>
          </w:p>
        </w:tc>
        <w:tc>
          <w:tcPr>
            <w:tcW w:type="dxa" w:w="6350"/>
          </w:tcPr>
          <w:p/>
        </w:tc>
      </w:tr>
      <w:tr>
        <w:trPr>
          <w:trHeight w:val="1304" w:hRule="atLeast"/>
        </w:trPr>
        <w:tc>
          <w:tcPr>
            <w:tcW w:type="dxa" w:w="3288"/>
            <w:shd w:val="clear" w:color="auto" w:fill="F2F2F2"/>
          </w:tcPr>
          <w:p>
            <w:pPr>
              <w:pStyle w:val="Heading2"/>
            </w:pPr>
            <w:r>
              <w:t>Home address and reference</w:t>
            </w:r>
          </w:p>
          <w:p>
            <w:pPr>
              <w:spacing w:after="40"/>
            </w:pPr>
            <w:r>
              <w:rPr>
                <w:b w:val="0"/>
                <w:color w:val="334155"/>
                <w:sz w:val="17"/>
              </w:rPr>
              <w:t>Include the address and the home or apartment reference used by your developer.</w:t>
            </w:r>
          </w:p>
        </w:tc>
        <w:tc>
          <w:tcPr>
            <w:tcW w:type="dxa" w:w="6350"/>
          </w:tcPr>
          <w:p/>
        </w:tc>
      </w:tr>
      <w:tr>
        <w:trPr>
          <w:trHeight w:val="765" w:hRule="atLeast"/>
        </w:trPr>
        <w:tc>
          <w:tcPr>
            <w:tcW w:type="dxa" w:w="3288"/>
            <w:shd w:val="clear" w:color="auto" w:fill="F2F2F2"/>
          </w:tcPr>
          <w:p>
            <w:pPr>
              <w:pStyle w:val="Heading2"/>
            </w:pPr>
            <w:r>
              <w:t>Your name</w:t>
            </w:r>
          </w:p>
          <w:p>
            <w:pPr>
              <w:spacing w:after="40"/>
            </w:pPr>
            <w:r>
              <w:rPr>
                <w:b w:val="0"/>
                <w:color w:val="334155"/>
                <w:sz w:val="17"/>
              </w:rPr>
              <w:t>The person the developer should contact about this report.</w:t>
            </w:r>
          </w:p>
        </w:tc>
        <w:tc>
          <w:tcPr>
            <w:tcW w:type="dxa" w:w="6350"/>
          </w:tcPr>
          <w:p/>
        </w:tc>
      </w:tr>
      <w:tr>
        <w:trPr>
          <w:trHeight w:val="765" w:hRule="atLeast"/>
        </w:trPr>
        <w:tc>
          <w:tcPr>
            <w:tcW w:type="dxa" w:w="3288"/>
            <w:shd w:val="clear" w:color="auto" w:fill="F2F2F2"/>
          </w:tcPr>
          <w:p>
            <w:pPr>
              <w:pStyle w:val="Heading2"/>
            </w:pPr>
            <w:r>
              <w:t>Contact email or phone</w:t>
            </w:r>
          </w:p>
          <w:p>
            <w:pPr>
              <w:spacing w:after="40"/>
            </w:pPr>
            <w:r>
              <w:rPr>
                <w:b w:val="0"/>
                <w:color w:val="334155"/>
                <w:sz w:val="17"/>
              </w:rPr>
              <w:t>Give the contact details your developer should use to reply.</w:t>
            </w:r>
          </w:p>
        </w:tc>
        <w:tc>
          <w:tcPr>
            <w:tcW w:type="dxa" w:w="6350"/>
          </w:tcPr>
          <w:p/>
        </w:tc>
      </w:tr>
      <w:tr>
        <w:trPr>
          <w:trHeight w:val="1134" w:hRule="atLeast"/>
        </w:trPr>
        <w:tc>
          <w:tcPr>
            <w:tcW w:type="dxa" w:w="3288"/>
            <w:shd w:val="clear" w:color="auto" w:fill="F2F2F2"/>
          </w:tcPr>
          <w:p>
            <w:pPr>
              <w:pStyle w:val="Heading2"/>
            </w:pPr>
            <w:r>
              <w:t>Room and exact location</w:t>
            </w:r>
          </w:p>
          <w:p>
            <w:pPr>
              <w:spacing w:after="40"/>
            </w:pPr>
            <w:r>
              <w:rPr>
                <w:b w:val="0"/>
                <w:color w:val="334155"/>
                <w:sz w:val="17"/>
              </w:rPr>
              <w:t>Name the room and the spot within it.</w:t>
            </w:r>
          </w:p>
        </w:tc>
        <w:tc>
          <w:tcPr>
            <w:tcW w:type="dxa" w:w="6350"/>
          </w:tcPr>
          <w:p/>
        </w:tc>
      </w:tr>
      <w:tr>
        <w:trPr>
          <w:trHeight w:val="765" w:hRule="atLeast"/>
        </w:trPr>
        <w:tc>
          <w:tcPr>
            <w:tcW w:type="dxa" w:w="3288"/>
            <w:shd w:val="clear" w:color="auto" w:fill="F2F2F2"/>
          </w:tcPr>
          <w:p>
            <w:pPr>
              <w:pStyle w:val="Heading2"/>
            </w:pPr>
            <w:r>
              <w:t>When you first noticed it</w:t>
            </w:r>
          </w:p>
          <w:p>
            <w:pPr>
              <w:spacing w:after="40"/>
            </w:pPr>
            <w:r>
              <w:rPr>
                <w:b w:val="0"/>
                <w:color w:val="334155"/>
                <w:sz w:val="17"/>
              </w:rPr>
              <w:t>Give a date, or say if it is approximate or unknown.</w:t>
            </w:r>
          </w:p>
        </w:tc>
        <w:tc>
          <w:tcPr>
            <w:tcW w:type="dxa" w:w="6350"/>
          </w:tcPr>
          <w:p/>
        </w:tc>
      </w:tr>
      <w:tr>
        <w:trPr>
          <w:trHeight w:val="4422" w:hRule="atLeast"/>
        </w:trPr>
        <w:tc>
          <w:tcPr>
            <w:tcW w:type="dxa" w:w="3288"/>
            <w:shd w:val="clear" w:color="auto" w:fill="F2F2F2"/>
          </w:tcPr>
          <w:p>
            <w:pPr>
              <w:pStyle w:val="Heading2"/>
            </w:pPr>
            <w:r>
              <w:t>What you have noticed</w:t>
            </w:r>
          </w:p>
          <w:p>
            <w:pPr>
              <w:spacing w:after="40"/>
            </w:pPr>
            <w:r>
              <w:rPr>
                <w:b w:val="0"/>
                <w:color w:val="334155"/>
                <w:sz w:val="17"/>
              </w:rPr>
              <w:t>Describe what you can see and any changes you have observed.</w:t>
            </w:r>
          </w:p>
        </w:tc>
        <w:tc>
          <w:tcPr>
            <w:tcW w:type="dxa" w:w="6350"/>
          </w:tcPr>
          <w:p/>
        </w:tc>
      </w:tr>
      <w:tr>
        <w:trPr>
          <w:trHeight w:val="765" w:hRule="atLeast"/>
        </w:trPr>
        <w:tc>
          <w:tcPr>
            <w:tcW w:type="dxa" w:w="3288"/>
            <w:shd w:val="clear" w:color="auto" w:fill="F2F2F2"/>
          </w:tcPr>
          <w:p>
            <w:pPr>
              <w:pStyle w:val="Heading2"/>
            </w:pPr>
            <w:r>
              <w:t>Date of this report</w:t>
            </w:r>
          </w:p>
          <w:p>
            <w:pPr>
              <w:spacing w:after="40"/>
            </w:pPr>
            <w:r>
              <w:rPr>
                <w:b w:val="0"/>
                <w:color w:val="334155"/>
                <w:sz w:val="17"/>
              </w:rPr>
              <w:t>Record the date you prepare the report.</w:t>
            </w:r>
          </w:p>
        </w:tc>
        <w:tc>
          <w:tcPr>
            <w:tcW w:type="dxa" w:w="6350"/>
          </w:tcPr>
          <w:p/>
        </w:tc>
      </w:tr>
      <w:tr>
        <w:trPr>
          <w:trHeight w:val="765" w:hRule="atLeast"/>
        </w:trPr>
        <w:tc>
          <w:tcPr>
            <w:tcW w:type="dxa" w:w="3288"/>
            <w:shd w:val="clear" w:color="auto" w:fill="F2F2F2"/>
          </w:tcPr>
          <w:p>
            <w:pPr>
              <w:pStyle w:val="Heading2"/>
            </w:pPr>
            <w:r>
              <w:t>Existing case reference, if any</w:t>
            </w:r>
          </w:p>
          <w:p>
            <w:pPr>
              <w:spacing w:after="40"/>
            </w:pPr>
            <w:r>
              <w:rPr>
                <w:b w:val="0"/>
                <w:color w:val="334155"/>
                <w:sz w:val="17"/>
              </w:rPr>
              <w:t>For an update to an earlier report, use the reference your developer gave you.</w:t>
            </w:r>
          </w:p>
        </w:tc>
        <w:tc>
          <w:tcPr>
            <w:tcW w:type="dxa" w:w="6350"/>
          </w:tcPr>
          <w:p/>
        </w:tc>
      </w:tr>
    </w:tbl>
    <w:p>
      <w:pPr>
        <w:sectPr>
          <w:footerReference w:type="default" r:id="rId9"/>
          <w:pgSz w:w="11906" w:h="16838"/>
          <w:pgMar w:top="907" w:right="1134" w:bottom="1020" w:left="1134" w:header="720" w:footer="510" w:gutter="0"/>
          <w:cols w:space="720"/>
          <w:docGrid w:linePitch="360"/>
        </w:sectPr>
      </w:pPr>
    </w:p>
    <w:p>
      <w:pPr>
        <w:pStyle w:val="Heading1"/>
      </w:pPr>
      <w:r>
        <w:t>Photos supporting your report</w:t>
      </w:r>
    </w:p>
    <w:tbl>
      <w:tblPr>
        <w:tblW w:type="auto" w:w="0"/>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firstColumn="1" w:firstRow="1" w:lastColumn="0" w:lastRow="0" w:noHBand="0" w:noVBand="1" w:val="04A0"/>
      </w:tblPr>
      <w:tblGrid>
        <w:gridCol w:w="3288"/>
        <w:gridCol w:w="6350"/>
      </w:tblGrid>
      <w:tr>
        <w:trPr>
          <w:trHeight w:val="567" w:hRule="atLeast"/>
        </w:trPr>
        <w:tc>
          <w:tcPr>
            <w:tcW w:type="dxa" w:w="3288"/>
            <w:shd w:val="clear" w:color="auto" w:fill="F2F2F2"/>
          </w:tcPr>
          <w:p>
            <w:pPr>
              <w:pStyle w:val="Heading2"/>
            </w:pPr>
            <w:r>
              <w:t>Report title</w:t>
            </w:r>
          </w:p>
        </w:tc>
        <w:tc>
          <w:tcPr>
            <w:tcW w:type="dxa" w:w="6350"/>
          </w:tcPr>
          <w:p/>
        </w:tc>
      </w:tr>
      <w:tr>
        <w:trPr>
          <w:trHeight w:val="567" w:hRule="atLeast"/>
        </w:trPr>
        <w:tc>
          <w:tcPr>
            <w:tcW w:type="dxa" w:w="3288"/>
            <w:shd w:val="clear" w:color="auto" w:fill="F2F2F2"/>
          </w:tcPr>
          <w:p>
            <w:pPr>
              <w:pStyle w:val="Heading2"/>
            </w:pPr>
            <w:r>
              <w:t>Home reference</w:t>
            </w:r>
          </w:p>
        </w:tc>
        <w:tc>
          <w:tcPr>
            <w:tcW w:type="dxa" w:w="6350"/>
          </w:tcPr>
          <w:p/>
        </w:tc>
      </w:tr>
    </w:tbl>
    <w:p>
      <w:pPr>
        <w:spacing w:after="160" w:before="160"/>
      </w:pPr>
      <w:r>
        <w:rPr>
          <w:b w:val="0"/>
          <w:color w:val="0F172A"/>
          <w:sz w:val="20"/>
        </w:rPr>
        <w:t>Attach the original photo files when you send the report. Use this sheet to show what each file contains. You can insert photos in the editable document or list the filenames and attach them separately.</w:t>
      </w:r>
    </w:p>
    <w:p>
      <w:pPr>
        <w:pStyle w:val="Heading2"/>
        <w:spacing w:before="120"/>
      </w:pPr>
      <w:r>
        <w:t>Photo 1: the location</w:t>
      </w:r>
    </w:p>
    <w:p>
      <w:pPr>
        <w:spacing w:after="40"/>
      </w:pPr>
      <w:r>
        <w:rPr>
          <w:b w:val="0"/>
          <w:color w:val="334155"/>
          <w:sz w:val="17"/>
        </w:rPr>
        <w:t>Show enough of the room to identify the spot.</w:t>
      </w:r>
    </w:p>
    <w:tbl>
      <w:tblPr>
        <w:tblW w:type="auto" w:w="0"/>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firstColumn="1" w:firstRow="1" w:lastColumn="0" w:lastRow="0" w:noHBand="0" w:noVBand="1" w:val="04A0"/>
      </w:tblPr>
      <w:tblGrid>
        <w:gridCol w:w="3288"/>
        <w:gridCol w:w="6350"/>
      </w:tblGrid>
      <w:tr>
        <w:trPr>
          <w:trHeight w:val="850" w:hRule="atLeast"/>
        </w:trPr>
        <w:tc>
          <w:tcPr>
            <w:tcW w:type="dxa" w:w="3288"/>
            <w:vMerge w:val="restart"/>
            <w:vAlign w:val="center"/>
          </w:tcPr>
          <w:p>
            <w:pPr>
              <w:jc w:val="center"/>
            </w:pPr>
          </w:p>
        </w:tc>
        <w:tc>
          <w:tcPr>
            <w:tcW w:type="dxa" w:w="6350"/>
          </w:tcPr>
          <w:p>
            <w:pPr>
              <w:spacing w:after="40"/>
            </w:pPr>
            <w:r>
              <w:rPr>
                <w:b/>
                <w:color w:val="0F172A"/>
                <w:sz w:val="18"/>
              </w:rPr>
              <w:t>Filename</w:t>
            </w:r>
          </w:p>
        </w:tc>
      </w:tr>
      <w:tr>
        <w:trPr>
          <w:trHeight w:val="2041" w:hRule="atLeast"/>
        </w:trPr>
        <w:tc>
          <w:tcPr>
            <w:tcW w:type="dxa" w:w="3288"/>
            <w:vMerge/>
          </w:tcPr>
          <w:p/>
        </w:tc>
        <w:tc>
          <w:tcPr>
            <w:tcW w:type="dxa" w:w="6350"/>
          </w:tcPr>
          <w:p>
            <w:pPr>
              <w:spacing w:after="40"/>
            </w:pPr>
            <w:r>
              <w:rPr>
                <w:b/>
                <w:color w:val="0F172A"/>
                <w:sz w:val="18"/>
              </w:rPr>
              <w:t>What this photo shows</w:t>
            </w:r>
          </w:p>
        </w:tc>
      </w:tr>
    </w:tbl>
    <w:p>
      <w:pPr>
        <w:pStyle w:val="Heading2"/>
        <w:spacing w:before="120"/>
      </w:pPr>
      <w:r>
        <w:t>Photo 2: the detail</w:t>
      </w:r>
    </w:p>
    <w:p>
      <w:pPr>
        <w:spacing w:after="40"/>
      </w:pPr>
      <w:r>
        <w:rPr>
          <w:b w:val="0"/>
          <w:color w:val="334155"/>
          <w:sz w:val="17"/>
        </w:rPr>
        <w:t>Show the observation described in the report.</w:t>
      </w:r>
    </w:p>
    <w:tbl>
      <w:tblPr>
        <w:tblW w:type="auto" w:w="0"/>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firstColumn="1" w:firstRow="1" w:lastColumn="0" w:lastRow="0" w:noHBand="0" w:noVBand="1" w:val="04A0"/>
      </w:tblPr>
      <w:tblGrid>
        <w:gridCol w:w="3288"/>
        <w:gridCol w:w="6350"/>
      </w:tblGrid>
      <w:tr>
        <w:trPr>
          <w:trHeight w:val="850" w:hRule="atLeast"/>
        </w:trPr>
        <w:tc>
          <w:tcPr>
            <w:tcW w:type="dxa" w:w="3288"/>
            <w:vMerge w:val="restart"/>
            <w:vAlign w:val="center"/>
          </w:tcPr>
          <w:p>
            <w:pPr>
              <w:jc w:val="center"/>
            </w:pPr>
          </w:p>
        </w:tc>
        <w:tc>
          <w:tcPr>
            <w:tcW w:type="dxa" w:w="6350"/>
          </w:tcPr>
          <w:p>
            <w:pPr>
              <w:spacing w:after="40"/>
            </w:pPr>
            <w:r>
              <w:rPr>
                <w:b/>
                <w:color w:val="0F172A"/>
                <w:sz w:val="18"/>
              </w:rPr>
              <w:t>Filename</w:t>
            </w:r>
          </w:p>
        </w:tc>
      </w:tr>
      <w:tr>
        <w:trPr>
          <w:trHeight w:val="2041" w:hRule="atLeast"/>
        </w:trPr>
        <w:tc>
          <w:tcPr>
            <w:tcW w:type="dxa" w:w="3288"/>
            <w:vMerge/>
          </w:tcPr>
          <w:p/>
        </w:tc>
        <w:tc>
          <w:tcPr>
            <w:tcW w:type="dxa" w:w="6350"/>
          </w:tcPr>
          <w:p>
            <w:pPr>
              <w:spacing w:after="40"/>
            </w:pPr>
            <w:r>
              <w:rPr>
                <w:b/>
                <w:color w:val="0F172A"/>
                <w:sz w:val="18"/>
              </w:rPr>
              <w:t>What this photo shows</w:t>
            </w:r>
          </w:p>
        </w:tc>
      </w:tr>
    </w:tbl>
    <w:p>
      <w:pPr>
        <w:pStyle w:val="Heading2"/>
        <w:spacing w:before="120"/>
      </w:pPr>
      <w:r>
        <w:t>Additional photo, if useful</w:t>
      </w:r>
    </w:p>
    <w:p>
      <w:pPr>
        <w:spacing w:after="40"/>
      </w:pPr>
      <w:r>
        <w:rPr>
          <w:b w:val="0"/>
          <w:color w:val="334155"/>
          <w:sz w:val="17"/>
        </w:rPr>
        <w:t>Add another view if it helps explain the observation.</w:t>
      </w:r>
    </w:p>
    <w:tbl>
      <w:tblPr>
        <w:tblW w:type="auto" w:w="0"/>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firstColumn="1" w:firstRow="1" w:lastColumn="0" w:lastRow="0" w:noHBand="0" w:noVBand="1" w:val="04A0"/>
      </w:tblPr>
      <w:tblGrid>
        <w:gridCol w:w="3288"/>
        <w:gridCol w:w="6350"/>
      </w:tblGrid>
      <w:tr>
        <w:trPr>
          <w:trHeight w:val="850" w:hRule="atLeast"/>
        </w:trPr>
        <w:tc>
          <w:tcPr>
            <w:tcW w:type="dxa" w:w="3288"/>
            <w:vMerge w:val="restart"/>
            <w:vAlign w:val="center"/>
          </w:tcPr>
          <w:p>
            <w:pPr>
              <w:jc w:val="center"/>
            </w:pPr>
          </w:p>
        </w:tc>
        <w:tc>
          <w:tcPr>
            <w:tcW w:type="dxa" w:w="6350"/>
          </w:tcPr>
          <w:p>
            <w:pPr>
              <w:spacing w:after="40"/>
            </w:pPr>
            <w:r>
              <w:rPr>
                <w:b/>
                <w:color w:val="0F172A"/>
                <w:sz w:val="18"/>
              </w:rPr>
              <w:t>Filename</w:t>
            </w:r>
          </w:p>
        </w:tc>
      </w:tr>
      <w:tr>
        <w:trPr>
          <w:trHeight w:val="2041" w:hRule="atLeast"/>
        </w:trPr>
        <w:tc>
          <w:tcPr>
            <w:tcW w:type="dxa" w:w="3288"/>
            <w:vMerge/>
          </w:tcPr>
          <w:p/>
        </w:tc>
        <w:tc>
          <w:tcPr>
            <w:tcW w:type="dxa" w:w="6350"/>
          </w:tcPr>
          <w:p>
            <w:pPr>
              <w:spacing w:after="40"/>
            </w:pPr>
            <w:r>
              <w:rPr>
                <w:b/>
                <w:color w:val="0F172A"/>
                <w:sz w:val="18"/>
              </w:rPr>
              <w:t>What this photo shows</w:t>
            </w:r>
          </w:p>
        </w:tc>
      </w:tr>
    </w:tbl>
    <w:p>
      <w:pPr>
        <w:spacing w:after="40" w:before="200"/>
      </w:pPr>
      <w:r>
        <w:rPr>
          <w:b/>
          <w:color w:val="0F172A"/>
          <w:sz w:val="20"/>
        </w:rPr>
        <w:t>Send this report and its photos to your developer. Keep a copy of the version you send.</w:t>
      </w:r>
    </w:p>
    <w:sectPr w:rsidR="00FC693F" w:rsidRPr="0006063C" w:rsidSect="00034616">
      <w:pgSz w:w="11906" w:h="16838"/>
      <w:pgMar w:top="907" w:right="1134" w:bottom="1020" w:left="1134"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Toveta · Defect report template · Page </w:t>
    </w:r>
    <w:fldSimple w:instr="PAGE">
      <w:r>
        <w:t>1</w:t>
      </w:r>
    </w:fldSimple>
    <w:r>
      <w:t xml:space="preserve"> of </w:t>
    </w:r>
    <w:fldSimple w:instr="NUMPAGES">
      <w:r>
        <w:t>2</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pPr>
    <w:rPr>
      <w:rFonts w:ascii="Arial" w:hAnsi="Arial"/>
      <w:color w:val="0F172A"/>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334155"/>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Arial" w:hAnsi="Arial"/>
      <w:b/>
      <w:bCs/>
      <w:color w:val="0F172A"/>
      <w:sz w:val="34"/>
      <w:szCs w:val="28"/>
    </w:rPr>
  </w:style>
  <w:style w:type="paragraph" w:styleId="Heading2">
    <w:name w:val="heading 2"/>
    <w:basedOn w:val="Normal"/>
    <w:next w:val="Normal"/>
    <w:link w:val="Heading2Char"/>
    <w:uiPriority w:val="9"/>
    <w:unhideWhenUsed/>
    <w:qFormat/>
    <w:rsid w:val="00FC693F"/>
    <w:pPr>
      <w:keepNext/>
      <w:keepLines/>
      <w:spacing w:before="0" w:after="40"/>
      <w:outlineLvl w:val="1"/>
    </w:pPr>
    <w:rPr>
      <w:rFonts w:ascii="Arial" w:hAnsi="Arial"/>
      <w:b/>
      <w:bCs/>
      <w:color w:val="0F172A"/>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Defect report for a new home</dc:title>
  <dc:subject/>
  <dc:creator>Toveta</dc:creator>
  <cp:keywords/>
  <dc:description/>
  <cp:lastModifiedBy>Toveta</cp:lastModifiedBy>
  <cp:revision>1</cp:revision>
  <dcterms:created xsi:type="dcterms:W3CDTF">2026-10-15T21:58:01Z</dcterms:created>
  <dcterms:modified xsi:type="dcterms:W3CDTF">2026-10-15T21:58:01Z</dcterms:modified>
  <cp:category/>
  <dc:language>en-GB</dc:language>
</cp:coreProperties>
</file>