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Aviso de defectos para una vivienda nueva</w:t>
      </w:r>
    </w:p>
    <w:p>
      <w:pPr>
        <w:spacing w:after="160"/>
      </w:pPr>
      <w:r>
        <w:rPr>
          <w:b w:val="0"/>
          <w:color w:val="0F172A"/>
          <w:sz w:val="20"/>
        </w:rPr>
        <w:t>Describa una sola observación y adjunte las fotos que ayuden a explicarla. Envíe este aviso a su promotora por su canal habitual para comunicar defectos. Guarde una copia.</w:t>
      </w:r>
    </w:p>
    <w:tbl>
      <w:tblPr>
        <w:tblW w:type="auto" w:w="0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350"/>
      </w:tblGrid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Título del aviso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Dé al aviso un título breve y descriptivo.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Promoción, si la conoce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Use el nombre que le da su promotora.</w:t>
            </w:r>
          </w:p>
        </w:tc>
        <w:tc>
          <w:tcPr>
            <w:tcW w:type="dxa" w:w="6350"/>
          </w:tcPr>
          <w:p/>
        </w:tc>
      </w:tr>
      <w:tr>
        <w:trPr>
          <w:trHeight w:val="1304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Dirección y referencia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Incluya la dirección y la referencia de la vivienda que usa su promotora.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Su nombre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La persona a la que la promotora debe contactar sobre este aviso.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Correo o teléfono de contacto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Los datos que debe usar su promotora para responderle.</w:t>
            </w:r>
          </w:p>
        </w:tc>
        <w:tc>
          <w:tcPr>
            <w:tcW w:type="dxa" w:w="6350"/>
          </w:tcPr>
          <w:p/>
        </w:tc>
      </w:tr>
      <w:tr>
        <w:trPr>
          <w:trHeight w:val="1134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Estancia y ubicación exacta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Indique la estancia y el punto exacto.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Detectado por primera vez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Indique una fecha, o si es aproximada o desconocida.</w:t>
            </w:r>
          </w:p>
        </w:tc>
        <w:tc>
          <w:tcPr>
            <w:tcW w:type="dxa" w:w="6350"/>
          </w:tcPr>
          <w:p/>
        </w:tc>
      </w:tr>
      <w:tr>
        <w:trPr>
          <w:trHeight w:val="4422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Qué ha observado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Describa lo que ve y cualquier cambio que haya notado.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Fecha de este aviso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Anote la fecha en que prepara el aviso.</w:t>
            </w:r>
          </w:p>
        </w:tc>
        <w:tc>
          <w:tcPr>
            <w:tcW w:type="dxa" w:w="6350"/>
          </w:tcPr>
          <w:p/>
        </w:tc>
      </w:tr>
      <w:tr>
        <w:trPr>
          <w:trHeight w:val="765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Referencia del caso, si la hay</w:t>
            </w:r>
          </w:p>
          <w:p>
            <w:pPr>
              <w:spacing w:after="40"/>
            </w:pPr>
            <w:r>
              <w:rPr>
                <w:b w:val="0"/>
                <w:color w:val="334155"/>
                <w:sz w:val="17"/>
              </w:rPr>
              <w:t>Si amplía un aviso anterior, use la referencia que le dio su promotora.</w:t>
            </w:r>
          </w:p>
        </w:tc>
        <w:tc>
          <w:tcPr>
            <w:tcW w:type="dxa" w:w="6350"/>
          </w:tcPr>
          <w:p/>
        </w:tc>
      </w:tr>
    </w:tbl>
    <w:p>
      <w:pPr>
        <w:sectPr>
          <w:footerReference w:type="default" r:id="rId9"/>
          <w:pgSz w:w="11906" w:h="16838"/>
          <w:pgMar w:top="907" w:right="1134" w:bottom="1020" w:left="1134" w:header="720" w:footer="510" w:gutter="0"/>
          <w:cols w:space="720"/>
          <w:docGrid w:linePitch="360"/>
        </w:sectPr>
      </w:pPr>
    </w:p>
    <w:p>
      <w:pPr>
        <w:pStyle w:val="Heading1"/>
      </w:pPr>
      <w:r>
        <w:t>Fotos que acompañan su aviso</w:t>
      </w:r>
    </w:p>
    <w:tbl>
      <w:tblPr>
        <w:tblW w:type="auto" w:w="0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350"/>
      </w:tblGrid>
      <w:tr>
        <w:trPr>
          <w:trHeight w:val="567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Título del aviso</w:t>
            </w:r>
          </w:p>
        </w:tc>
        <w:tc>
          <w:tcPr>
            <w:tcW w:type="dxa" w:w="6350"/>
          </w:tcPr>
          <w:p/>
        </w:tc>
      </w:tr>
      <w:tr>
        <w:trPr>
          <w:trHeight w:val="567" w:hRule="atLeast"/>
        </w:trPr>
        <w:tc>
          <w:tcPr>
            <w:tcW w:type="dxa" w:w="3288"/>
            <w:shd w:val="clear" w:color="auto" w:fill="F2F2F2"/>
          </w:tcPr>
          <w:p>
            <w:pPr>
              <w:pStyle w:val="Heading2"/>
            </w:pPr>
            <w:r>
              <w:t>Referencia de la vivienda</w:t>
            </w:r>
          </w:p>
        </w:tc>
        <w:tc>
          <w:tcPr>
            <w:tcW w:type="dxa" w:w="6350"/>
          </w:tcPr>
          <w:p/>
        </w:tc>
      </w:tr>
    </w:tbl>
    <w:p>
      <w:pPr>
        <w:spacing w:after="160" w:before="160"/>
      </w:pPr>
      <w:r>
        <w:rPr>
          <w:b w:val="0"/>
          <w:color w:val="0F172A"/>
          <w:sz w:val="20"/>
        </w:rPr>
        <w:t>Adjunte los archivos originales de las fotos al enviar el aviso. Use esta hoja para indicar qué muestra cada archivo. Puede insertar las fotos en el documento editable o anotar los nombres de archivo y adjuntarlos aparte.</w:t>
      </w:r>
    </w:p>
    <w:p>
      <w:pPr>
        <w:pStyle w:val="Heading2"/>
        <w:spacing w:before="120"/>
      </w:pPr>
      <w:r>
        <w:t>Foto 1: la ubicación</w:t>
      </w:r>
    </w:p>
    <w:p>
      <w:pPr>
        <w:spacing w:after="40"/>
      </w:pPr>
      <w:r>
        <w:rPr>
          <w:b w:val="0"/>
          <w:color w:val="334155"/>
          <w:sz w:val="17"/>
        </w:rPr>
        <w:t>Muestre lo suficiente de la estancia para identificar el punto.</w:t>
      </w:r>
    </w:p>
    <w:tbl>
      <w:tblPr>
        <w:tblW w:type="auto" w:w="0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350"/>
      </w:tblGrid>
      <w:tr>
        <w:trPr>
          <w:trHeight w:val="850" w:hRule="atLeast"/>
        </w:trPr>
        <w:tc>
          <w:tcPr>
            <w:tcW w:type="dxa" w:w="3288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Nombre del archivo</w:t>
            </w:r>
          </w:p>
        </w:tc>
      </w:tr>
      <w:tr>
        <w:trPr>
          <w:trHeight w:val="2041" w:hRule="atLeast"/>
        </w:trPr>
        <w:tc>
          <w:tcPr>
            <w:tcW w:type="dxa" w:w="3288"/>
            <w:vMerge/>
          </w:tcPr>
          <w:p/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Qué muestra esta foto</w:t>
            </w:r>
          </w:p>
        </w:tc>
      </w:tr>
    </w:tbl>
    <w:p>
      <w:pPr>
        <w:pStyle w:val="Heading2"/>
        <w:spacing w:before="120"/>
      </w:pPr>
      <w:r>
        <w:t>Foto 2: el detalle</w:t>
      </w:r>
    </w:p>
    <w:p>
      <w:pPr>
        <w:spacing w:after="40"/>
      </w:pPr>
      <w:r>
        <w:rPr>
          <w:b w:val="0"/>
          <w:color w:val="334155"/>
          <w:sz w:val="17"/>
        </w:rPr>
        <w:t>Muestre lo que describe el aviso.</w:t>
      </w:r>
    </w:p>
    <w:tbl>
      <w:tblPr>
        <w:tblW w:type="auto" w:w="0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350"/>
      </w:tblGrid>
      <w:tr>
        <w:trPr>
          <w:trHeight w:val="850" w:hRule="atLeast"/>
        </w:trPr>
        <w:tc>
          <w:tcPr>
            <w:tcW w:type="dxa" w:w="3288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Nombre del archivo</w:t>
            </w:r>
          </w:p>
        </w:tc>
      </w:tr>
      <w:tr>
        <w:trPr>
          <w:trHeight w:val="2041" w:hRule="atLeast"/>
        </w:trPr>
        <w:tc>
          <w:tcPr>
            <w:tcW w:type="dxa" w:w="3288"/>
            <w:vMerge/>
          </w:tcPr>
          <w:p/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Qué muestra esta foto</w:t>
            </w:r>
          </w:p>
        </w:tc>
      </w:tr>
    </w:tbl>
    <w:p>
      <w:pPr>
        <w:pStyle w:val="Heading2"/>
        <w:spacing w:before="120"/>
      </w:pPr>
      <w:r>
        <w:t>Foto adicional, si es útil</w:t>
      </w:r>
    </w:p>
    <w:p>
      <w:pPr>
        <w:spacing w:after="40"/>
      </w:pPr>
      <w:r>
        <w:rPr>
          <w:b w:val="0"/>
          <w:color w:val="334155"/>
          <w:sz w:val="17"/>
        </w:rPr>
        <w:t>Añada otra vista si ayuda a explicar lo observado.</w:t>
      </w:r>
    </w:p>
    <w:tbl>
      <w:tblPr>
        <w:tblW w:type="auto" w:w="0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350"/>
      </w:tblGrid>
      <w:tr>
        <w:trPr>
          <w:trHeight w:val="850" w:hRule="atLeast"/>
        </w:trPr>
        <w:tc>
          <w:tcPr>
            <w:tcW w:type="dxa" w:w="3288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Nombre del archivo</w:t>
            </w:r>
          </w:p>
        </w:tc>
      </w:tr>
      <w:tr>
        <w:trPr>
          <w:trHeight w:val="2041" w:hRule="atLeast"/>
        </w:trPr>
        <w:tc>
          <w:tcPr>
            <w:tcW w:type="dxa" w:w="3288"/>
            <w:vMerge/>
          </w:tcPr>
          <w:p/>
        </w:tc>
        <w:tc>
          <w:tcPr>
            <w:tcW w:type="dxa" w:w="6350"/>
          </w:tcPr>
          <w:p>
            <w:pPr>
              <w:spacing w:after="40"/>
            </w:pPr>
            <w:r>
              <w:rPr>
                <w:b/>
                <w:color w:val="0F172A"/>
                <w:sz w:val="18"/>
              </w:rPr>
              <w:t>Qué muestra esta foto</w:t>
            </w:r>
          </w:p>
        </w:tc>
      </w:tr>
    </w:tbl>
    <w:p>
      <w:pPr>
        <w:spacing w:after="40" w:before="200"/>
      </w:pPr>
      <w:r>
        <w:rPr>
          <w:b/>
          <w:color w:val="0F172A"/>
          <w:sz w:val="20"/>
        </w:rPr>
        <w:t>Envíe este aviso y sus fotos a su promotora. Guarde una copia de la versión que envíe.</w:t>
      </w:r>
    </w:p>
    <w:sectPr w:rsidR="00FC693F" w:rsidRPr="0006063C" w:rsidSect="00034616">
      <w:pgSz w:w="11906" w:h="16838"/>
      <w:pgMar w:top="907" w:right="1134" w:bottom="1020" w:left="113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Toveta · Plantilla de aviso de defectos · Página </w:t>
    </w:r>
    <w:fldSimple w:instr="PAGE">
      <w:r>
        <w:t>1</w:t>
      </w:r>
    </w:fldSimple>
    <w:r>
      <w:t xml:space="preserve"> de </w:t>
    </w:r>
    <w:fldSimple w:instr="NUMPAGES">
      <w:r>
        <w:t>2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/>
    </w:pPr>
    <w:rPr>
      <w:rFonts w:ascii="Arial" w:hAnsi="Arial"/>
      <w:color w:val="0F172A"/>
      <w:sz w:val="20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334155"/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Arial" w:hAnsi="Arial"/>
      <w:b/>
      <w:bCs/>
      <w:color w:val="0F172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40"/>
      <w:outlineLvl w:val="1"/>
    </w:pPr>
    <w:rPr>
      <w:rFonts w:ascii="Arial" w:hAnsi="Arial"/>
      <w:b/>
      <w:bCs/>
      <w:color w:val="0F172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defectos para una vivienda nueva</dc:title>
  <dc:subject/>
  <dc:creator>Toveta</dc:creator>
  <cp:keywords/>
  <dc:description/>
  <cp:lastModifiedBy>Toveta</cp:lastModifiedBy>
  <cp:revision>1</cp:revision>
  <dcterms:created xsi:type="dcterms:W3CDTF">2026-10-15T21:58:05Z</dcterms:created>
  <dcterms:modified xsi:type="dcterms:W3CDTF">2026-10-15T21:58:05Z</dcterms:modified>
  <cp:category/>
  <dc:language>es-ES</dc:language>
</cp:coreProperties>
</file>