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Pranešimas apie naujo būsto defektą</w:t>
      </w:r>
    </w:p>
    <w:p>
      <w:pPr>
        <w:spacing w:after="160"/>
      </w:pPr>
      <w:r>
        <w:rPr>
          <w:b w:val="0"/>
          <w:color w:val="0F172A"/>
          <w:sz w:val="20"/>
        </w:rPr>
        <w:t>Aprašykite vieną pastebėjimą ir pridėkite nuotraukas, kurios padeda jį paaiškinti. Šį pranešimą pateikite vystytojui jo nurodytu būdu. Pasilikite jo kopiją.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Pranešimo pavadinimas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Trumpai ir aiškiai pavadinkite pranešimą.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Projektas, jei žinomas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Nurodykite vystytojo naudojamą projekto pavadinimą.</w:t>
            </w:r>
          </w:p>
        </w:tc>
        <w:tc>
          <w:tcPr>
            <w:tcW w:type="dxa" w:w="6350"/>
          </w:tcPr>
          <w:p/>
        </w:tc>
      </w:tr>
      <w:tr>
        <w:trPr>
          <w:trHeight w:val="1304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Būsto adresas ir numeris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Nurodykite adresą ir vystytojo naudojamą būsto ar buto numerį.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Jūsų vardas ir pavardė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Žmogus, su kuriuo vystytojas turėtų susisiekti dėl šio pranešimo.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El. paštas arba telefonas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Nurodykite kontaktus, kuriais vystytojas turėtų jums atsakyti.</w:t>
            </w:r>
          </w:p>
        </w:tc>
        <w:tc>
          <w:tcPr>
            <w:tcW w:type="dxa" w:w="6350"/>
          </w:tcPr>
          <w:p/>
        </w:tc>
      </w:tr>
      <w:tr>
        <w:trPr>
          <w:trHeight w:val="1134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Patalpa ir tiksli vieta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Įvardykite patalpą ir tikslią vietą joje.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Kada pastebėjote pirmą kartą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Nurodykite datą arba parašykite, kad ji apytikslė ar nežinoma.</w:t>
            </w:r>
          </w:p>
        </w:tc>
        <w:tc>
          <w:tcPr>
            <w:tcW w:type="dxa" w:w="6350"/>
          </w:tcPr>
          <w:p/>
        </w:tc>
      </w:tr>
      <w:tr>
        <w:trPr>
          <w:trHeight w:val="4422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Ką pastebėjote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Aprašykite, ką matote, ir pokyčius, kuriuos pastebėjote.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Pranešimo data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Nurodykite dieną, kurią rengiate pranešimą.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Atvejo numeris, jei yra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Jei papildote ankstesnį pranešimą, nurodykite vystytojo suteiktą numerį.</w:t>
            </w:r>
          </w:p>
        </w:tc>
        <w:tc>
          <w:tcPr>
            <w:tcW w:type="dxa" w:w="6350"/>
          </w:tcPr>
          <w:p/>
        </w:tc>
      </w:tr>
    </w:tbl>
    <w:p>
      <w:pPr>
        <w:sectPr>
          <w:footerReference w:type="default" r:id="rId9"/>
          <w:pgSz w:w="11906" w:h="16838"/>
          <w:pgMar w:top="907" w:right="1134" w:bottom="1020" w:left="1134" w:header="720" w:footer="510" w:gutter="0"/>
          <w:cols w:space="720"/>
          <w:docGrid w:linePitch="360"/>
        </w:sectPr>
      </w:pPr>
    </w:p>
    <w:p>
      <w:pPr>
        <w:pStyle w:val="Heading1"/>
      </w:pPr>
      <w:r>
        <w:t>Nuotraukos prie jūsų pranešimo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567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Pranešimo pavadinimas</w:t>
            </w:r>
          </w:p>
        </w:tc>
        <w:tc>
          <w:tcPr>
            <w:tcW w:type="dxa" w:w="6350"/>
          </w:tcPr>
          <w:p/>
        </w:tc>
      </w:tr>
      <w:tr>
        <w:trPr>
          <w:trHeight w:val="567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Būstas</w:t>
            </w:r>
          </w:p>
        </w:tc>
        <w:tc>
          <w:tcPr>
            <w:tcW w:type="dxa" w:w="6350"/>
          </w:tcPr>
          <w:p/>
        </w:tc>
      </w:tr>
    </w:tbl>
    <w:p>
      <w:pPr>
        <w:spacing w:after="160" w:before="160"/>
      </w:pPr>
      <w:r>
        <w:rPr>
          <w:b w:val="0"/>
          <w:color w:val="0F172A"/>
          <w:sz w:val="20"/>
        </w:rPr>
        <w:t>Siųsdami pranešimą, pridėkite originalius nuotraukų failus. Šiame lape parodykite, kas matyti kiekviename faile. Nuotraukas galite įterpti į redaguojamą dokumentą arba surašyti failų pavadinimus ir pridėti nuotraukas atskirai.</w:t>
      </w:r>
    </w:p>
    <w:p>
      <w:pPr>
        <w:pStyle w:val="Heading2"/>
        <w:spacing w:before="120"/>
      </w:pPr>
      <w:r>
        <w:t>1 nuotrauka: vieta</w:t>
      </w:r>
    </w:p>
    <w:p>
      <w:pPr>
        <w:spacing w:after="40"/>
      </w:pPr>
      <w:r>
        <w:rPr>
          <w:b w:val="0"/>
          <w:color w:val="334155"/>
          <w:sz w:val="17"/>
        </w:rPr>
        <w:t>Parodykite tiek patalpos, kad būtų galima atpažinti vietą.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Failo pavadinimas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Kas matyti nuotraukoje</w:t>
            </w:r>
          </w:p>
        </w:tc>
      </w:tr>
    </w:tbl>
    <w:p>
      <w:pPr>
        <w:pStyle w:val="Heading2"/>
        <w:spacing w:before="120"/>
      </w:pPr>
      <w:r>
        <w:t>2 nuotrauka: detalė</w:t>
      </w:r>
    </w:p>
    <w:p>
      <w:pPr>
        <w:spacing w:after="40"/>
      </w:pPr>
      <w:r>
        <w:rPr>
          <w:b w:val="0"/>
          <w:color w:val="334155"/>
          <w:sz w:val="17"/>
        </w:rPr>
        <w:t>Parodykite tai, ką aprašėte pranešime.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Failo pavadinimas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Kas matyti nuotraukoje</w:t>
            </w:r>
          </w:p>
        </w:tc>
      </w:tr>
    </w:tbl>
    <w:p>
      <w:pPr>
        <w:pStyle w:val="Heading2"/>
        <w:spacing w:before="120"/>
      </w:pPr>
      <w:r>
        <w:t>Papildoma nuotrauka, jei reikia</w:t>
      </w:r>
    </w:p>
    <w:p>
      <w:pPr>
        <w:spacing w:after="40"/>
      </w:pPr>
      <w:r>
        <w:rPr>
          <w:b w:val="0"/>
          <w:color w:val="334155"/>
          <w:sz w:val="17"/>
        </w:rPr>
        <w:t>Pridėkite dar vieną vaizdą, jei jis padeda paaiškinti pastebėjimą.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Failo pavadinimas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Kas matyti nuotraukoje</w:t>
            </w:r>
          </w:p>
        </w:tc>
      </w:tr>
    </w:tbl>
    <w:p>
      <w:pPr>
        <w:spacing w:after="40" w:before="200"/>
      </w:pPr>
      <w:r>
        <w:rPr>
          <w:b/>
          <w:color w:val="0F172A"/>
          <w:sz w:val="20"/>
        </w:rPr>
        <w:t>Šį pranešimą ir nuotraukas siųskite vystytojui. Pasilikite išsiųstos versijos kopiją.</w:t>
      </w:r>
    </w:p>
    <w:sectPr w:rsidR="00FC693F" w:rsidRPr="0006063C" w:rsidSect="00034616">
      <w:pgSz w:w="11906" w:h="16838"/>
      <w:pgMar w:top="907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Toveta · Pranešimo apie defektą forma · </w:t>
    </w:r>
    <w:fldSimple w:instr="PAGE">
      <w:r>
        <w:t>1</w:t>
      </w:r>
    </w:fldSimple>
    <w:r>
      <w:t xml:space="preserve"> psl. iš </w:t>
    </w:r>
    <w:fldSimple w:instr="NUMPAGES">
      <w:r>
        <w:t>2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/>
    </w:pPr>
    <w:rPr>
      <w:rFonts w:ascii="Arial" w:hAnsi="Arial"/>
      <w:color w:val="0F172A"/>
      <w:sz w:val="20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334155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Arial" w:hAnsi="Arial"/>
      <w:b/>
      <w:bCs/>
      <w:color w:val="0F172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40"/>
      <w:outlineLvl w:val="1"/>
    </w:pPr>
    <w:rPr>
      <w:rFonts w:ascii="Arial" w:hAnsi="Arial"/>
      <w:b/>
      <w:bCs/>
      <w:color w:val="0F172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Pranešimas apie naujo būsto defektą</dc:title>
  <dc:subject/>
  <dc:creator>Toveta</dc:creator>
  <cp:keywords/>
  <dc:description/>
  <cp:lastModifiedBy>Toveta</cp:lastModifiedBy>
  <cp:revision>1</cp:revision>
  <dcterms:created xsi:type="dcterms:W3CDTF">2026-10-15T21:58:10Z</dcterms:created>
  <dcterms:modified xsi:type="dcterms:W3CDTF">2026-10-15T21:58:10Z</dcterms:modified>
  <cp:category/>
  <dc:language>lt-LT</dc:language>
</cp:coreProperties>
</file>